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לטבע ולפרחים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כללי התנהגות בטיול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תמונות ומושגים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מַה רוֹאִים?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שֶׁמֶשׁ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בַּשָּׂדֶה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לֹא קוֹטְפִים פְּרָחִים, מַשְׁאִירִים אוֹתָם לְכֻלָּם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לֹא כֹּל צֶמַח בָּטוּחַ לַאֲכִילָה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הֶחָצָב פּוֹרֵחַ בַּסְּתָו וְצִבְעוֹ לָבָן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כָּךְ שׁוֹמְרִים עַל הַטֶּבַע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לַצִּפּוֹרִים יֵשׁ כְּנָפַיִם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מִלָּה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שֶׁמֶשׁ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קוֹטְפִים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מַתְאִימִים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(פֶּרַח לָבָן)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(עָפָה בַּשָּׁמַיִם)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(יוֹרֵד מֵהַשָּׁמַיִם)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(נוֹתֶנֶת אוֹר)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מְסַפְּרִים עַל הַטִּיּוּל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ציור או משפט פשוט על פרחים, צפורים,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פֶּרַח לָבָן שֶׁפּוֹרֵחַ בַּסְּתָו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מִסְתַּכְּלִים וְלֹא קוֹטְפִים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צִפּוֹר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חצב, צפור, שמש וגשם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בקול ובליווי תנועות ידיים עבור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כללי ההתנהגות בטיול בעזרת דוגמאות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פרחים וטבע, ונזכור איך מתנהגים כשיוצאים לטייל בשדה.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מַה רוֹאִים?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מָה זֶה פֶּרַח לָבָן שֶׁפּוֹרֵחַ בַּסְּתָו?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מָה עָף בַּשָּׁמַיִם?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שָׂדֶה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יוֹרֵד מֵהַשָּׁמַיִם?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מָה נוֹתֵן לָנוּ אוֹר בַּיּוֹם?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אֵיפֹה צוֹמְחִים פְּרָחִים רַבִּים?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בַּשָּׂדֶה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בַּמִּטְבָּח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בָּאוֹטוֹבּוּס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קוֹטְפִים פְּרָחִים בַּטִּיּוּל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אוֹכְלִים צְמָחִים מֵהַשָּׂדֶה בְּלִי לִשְׁאוֹל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הֶחָצָב הוּא פֶּרַח לָבָן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בְּטִיּוּל מִסְתַּכְּלִים עַל הַפְּרָחִים וְלֹא נוֹגְעִים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צִפּוֹר יְכוֹלָה לָעוּף בַּשָּׁמַיִם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מַשְׁלִימִים מִלָּה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פֶּרַח לָבָן שֶׁפּוֹרֵחַ בַּסְּתָו נִקְרָא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בַּשָּׁמַיִם עָפָה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כְּשֶׁיּוֹרֵד מַיִם מֵהַשָּׁמַיִם זֶה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בַּיּוֹם זוֹרַחַת בַּשָּׁמַיִם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בַּטִּיּוּל לֹא __________ פְּרָחִים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מַתְאִימִים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עָפָה בַּשָּׁמַיִם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נוֹתֶנֶת אוֹר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פֶּרַח לָבָן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יוֹרֵד מֵהַשָּׁמַיִם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מְסַפְּרִים עַל הַטִּיּוּל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סַפְּרוּ אוֹ צַיְּרוּ: מָה רוֹאִים בְּטִיּוּל בַּטֶּבַע?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זֶה חָצָב?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עוֹשִׂים כְּשֶׁרוֹאִים פֶּרַח בְּטִיּוּל?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 עָף בַּשָּׁמַיִם?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- חידון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