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- חידון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פשוטות הקשורות לטבע ולפרחים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כללי התנהגות בטיול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תמונות ומושגים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מַה רוֹאִים?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חָצָב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צִפּוֹר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נָכוֹן אוֹ לֹא נָכוֹן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לֹא קוֹטְפִים פְּרָחִים, מַשְׁאִירִים אוֹתָם לְכֻלָּם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לֹא כֹּל צֶמַח בָּטוּחַ לַאֲכִילָה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הֶחָצָב פּוֹרֵחַ בַּסְּתָו וְצִבְעוֹ לָבָן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מַשְׁלִימִים מִלָּה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חָצָב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צִפּוֹר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מַתְאִימִים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(פֶּרַח לָבָן)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(עָפָה בַּשָּׁמַיִם)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(יוֹרֵד מֵהַשָּׁמַיִם)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(נוֹתֶנֶת אוֹר)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מְסַפְּרִים עַל הַטִּיּוּל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ציור או משפט פשוט על פרחים, צפורים,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פֶּרַח לָבָן שֶׁפּוֹרֵחַ בַּסְּתָו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מִסְתַּכְּלִים וְלֹא קוֹטְפִים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צִפּוֹר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חצב, צפור, שמש וגשם תוך כדי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בקול ובליווי תנועות ידיים עבור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כללי ההתנהגות בטיול בעזרת דוגמאות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- חידון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על פרחים וטבע, ונזכור איך מתנהגים כשיוצאים לטייל בשדה.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חָצָב  ·  צִפּוֹר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מַה רוֹאִים?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מָה זֶה פֶּרַח לָבָן שֶׁפּוֹרֵחַ בַּסְּתָו?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חָצָב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שֶׁמֶשׁ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מָה עָף בַּשָּׁמַיִם?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פֶּרַח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שָׂדֶה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נָכוֹן אוֹ לֹא נָכוֹן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קוֹטְפִים פְּרָחִים בַּטִּיּוּל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אוֹכְלִים צְמָחִים מֵהַשָּׂדֶה בְּלִי לִשְׁאוֹל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הֶחָצָב הוּא פֶּרַח לָבָן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מַשְׁלִימִים מִלָּה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פֶּרַח לָבָן שֶׁפּוֹרֵחַ בַּסְּתָו נִקְרָא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בַּשָּׁמַיִם עָפָה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מַתְאִימִים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חָצָב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עָפָה בַּשָּׁמַיִם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צִפּוֹר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פֶּרַח לָבָן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גֶּשֶׁם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נוֹתֶנֶת אוֹר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שֶׁמֶשׁ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יוֹרֵד מֵהַשָּׁמַיִם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מְסַפְּרִים עַל הַטִּיּוּל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סַפְּרוּ אוֹ צַיְּרוּ: מָה רוֹאִים בְּטִיּוּל בַּטֶּבַע?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מָה זֶה חָצָב?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מָה עוֹשִׂים כְּשֶׁרוֹאִים פֶּרַח בְּטִיּוּל?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סודות הפריחה - חידון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